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C8E5F" w14:textId="431979B6" w:rsidR="00C6214B" w:rsidRDefault="007261F6" w:rsidP="00C6214B">
      <w:pPr>
        <w:pStyle w:val="Title"/>
        <w:spacing w:before="480" w:after="0"/>
        <w:contextualSpacing w:val="0"/>
        <w:divId w:val="1201161782"/>
        <w:rPr>
          <w:kern w:val="2"/>
          <w:lang w:val="en-GB" w:eastAsia="en-GB"/>
          <w14:ligatures w14:val="standardContextual"/>
        </w:rPr>
      </w:pPr>
      <w:r>
        <w:t xml:space="preserve">All Wales Forum – </w:t>
      </w:r>
      <w:r w:rsidR="0089100F">
        <w:t>Annual General Meeting</w:t>
      </w:r>
      <w:r w:rsidR="00C6214B">
        <w:t xml:space="preserve"> Agenda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6"/>
        <w:gridCol w:w="2115"/>
        <w:gridCol w:w="1482"/>
        <w:gridCol w:w="2867"/>
      </w:tblGrid>
      <w:tr w:rsidR="00C6214B" w:rsidRPr="0045495E" w14:paraId="05F87E0D" w14:textId="77777777" w:rsidTr="0089100F">
        <w:trPr>
          <w:tblCellSpacing w:w="15" w:type="dxa"/>
        </w:trPr>
        <w:tc>
          <w:tcPr>
            <w:tcW w:w="1242" w:type="pct"/>
            <w:vAlign w:val="center"/>
            <w:hideMark/>
          </w:tcPr>
          <w:p w14:paraId="0324D697" w14:textId="3AC5C589" w:rsidR="00C6214B" w:rsidRPr="005913BC" w:rsidRDefault="00C6214B" w:rsidP="0045495E">
            <w:pPr>
              <w:rPr>
                <w:b/>
                <w:bCs/>
                <w:kern w:val="2"/>
                <w:lang w:val="en-GB" w:eastAsia="en-GB"/>
                <w14:ligatures w14:val="standardContextual"/>
              </w:rPr>
            </w:pPr>
            <w:r w:rsidRPr="005913BC">
              <w:rPr>
                <w:b/>
                <w:bCs/>
              </w:rPr>
              <w:t>Meeting</w:t>
            </w:r>
            <w:r w:rsidR="007261F6" w:rsidRPr="005913BC">
              <w:rPr>
                <w:b/>
                <w:bCs/>
              </w:rPr>
              <w:t xml:space="preserve"> Date</w:t>
            </w:r>
            <w:r w:rsidR="0089100F" w:rsidRPr="005913BC">
              <w:rPr>
                <w:b/>
                <w:bCs/>
              </w:rPr>
              <w:t xml:space="preserve"> </w:t>
            </w:r>
          </w:p>
        </w:tc>
        <w:tc>
          <w:tcPr>
            <w:tcW w:w="1215" w:type="pct"/>
            <w:vAlign w:val="center"/>
            <w:hideMark/>
          </w:tcPr>
          <w:p w14:paraId="374914BB" w14:textId="3A126AE9" w:rsidR="00C6214B" w:rsidRPr="0045495E" w:rsidRDefault="0089100F" w:rsidP="0045495E">
            <w:r>
              <w:t>16</w:t>
            </w:r>
            <w:r w:rsidRPr="0089100F">
              <w:rPr>
                <w:vertAlign w:val="superscript"/>
              </w:rPr>
              <w:t>th</w:t>
            </w:r>
            <w:r>
              <w:t xml:space="preserve"> September 2026</w:t>
            </w:r>
          </w:p>
        </w:tc>
        <w:tc>
          <w:tcPr>
            <w:tcW w:w="846" w:type="pct"/>
            <w:vAlign w:val="center"/>
            <w:hideMark/>
          </w:tcPr>
          <w:p w14:paraId="09AD146B" w14:textId="5FF5A059" w:rsidR="0089100F" w:rsidRPr="005913BC" w:rsidRDefault="0089100F" w:rsidP="0045495E">
            <w:pPr>
              <w:rPr>
                <w:rFonts w:cs="Times New Roman"/>
                <w:b/>
                <w:bCs/>
              </w:rPr>
            </w:pPr>
            <w:r w:rsidRPr="005913BC">
              <w:rPr>
                <w:rFonts w:cs="Times New Roman"/>
                <w:b/>
                <w:bCs/>
              </w:rPr>
              <w:t>Meeting Type</w:t>
            </w:r>
          </w:p>
        </w:tc>
        <w:tc>
          <w:tcPr>
            <w:tcW w:w="1611" w:type="pct"/>
            <w:vAlign w:val="center"/>
            <w:hideMark/>
          </w:tcPr>
          <w:p w14:paraId="4FF5061E" w14:textId="050676B0" w:rsidR="00C6214B" w:rsidRPr="0045495E" w:rsidRDefault="0089100F" w:rsidP="0045495E">
            <w:r>
              <w:t>Hybrid</w:t>
            </w:r>
          </w:p>
        </w:tc>
      </w:tr>
      <w:tr w:rsidR="00C6214B" w:rsidRPr="0045495E" w14:paraId="2A832CD5" w14:textId="77777777" w:rsidTr="0089100F">
        <w:trPr>
          <w:tblCellSpacing w:w="15" w:type="dxa"/>
        </w:trPr>
        <w:tc>
          <w:tcPr>
            <w:tcW w:w="1242" w:type="pct"/>
            <w:vAlign w:val="center"/>
            <w:hideMark/>
          </w:tcPr>
          <w:p w14:paraId="29086156" w14:textId="77777777" w:rsidR="00C6214B" w:rsidRPr="005913BC" w:rsidRDefault="00C6214B" w:rsidP="0045495E">
            <w:pPr>
              <w:rPr>
                <w:rFonts w:cs="Times New Roman"/>
                <w:b/>
                <w:bCs/>
              </w:rPr>
            </w:pPr>
            <w:r w:rsidRPr="005913BC">
              <w:rPr>
                <w:b/>
                <w:bCs/>
              </w:rPr>
              <w:t>Time</w:t>
            </w:r>
          </w:p>
        </w:tc>
        <w:tc>
          <w:tcPr>
            <w:tcW w:w="1215" w:type="pct"/>
            <w:vAlign w:val="center"/>
            <w:hideMark/>
          </w:tcPr>
          <w:p w14:paraId="418AE4F4" w14:textId="798D9F5E" w:rsidR="00C6214B" w:rsidRPr="0045495E" w:rsidRDefault="002A51D0" w:rsidP="0045495E">
            <w:r>
              <w:t>16.00 –</w:t>
            </w:r>
            <w:r w:rsidR="004F61E2">
              <w:t xml:space="preserve"> 16.30</w:t>
            </w:r>
          </w:p>
        </w:tc>
        <w:tc>
          <w:tcPr>
            <w:tcW w:w="846" w:type="pct"/>
            <w:vAlign w:val="center"/>
            <w:hideMark/>
          </w:tcPr>
          <w:p w14:paraId="087E2DC6" w14:textId="77777777" w:rsidR="00C6214B" w:rsidRPr="005913BC" w:rsidRDefault="00C6214B" w:rsidP="0045495E">
            <w:pPr>
              <w:rPr>
                <w:rFonts w:cs="Times New Roman"/>
                <w:b/>
                <w:bCs/>
              </w:rPr>
            </w:pPr>
            <w:r w:rsidRPr="005913BC">
              <w:rPr>
                <w:b/>
                <w:bCs/>
              </w:rPr>
              <w:t>Venue</w:t>
            </w:r>
          </w:p>
        </w:tc>
        <w:tc>
          <w:tcPr>
            <w:tcW w:w="1611" w:type="pct"/>
            <w:vAlign w:val="center"/>
            <w:hideMark/>
          </w:tcPr>
          <w:p w14:paraId="6BAEC331" w14:textId="1126E9D4" w:rsidR="0089100F" w:rsidRPr="0045495E" w:rsidRDefault="0089100F" w:rsidP="0045495E">
            <w:r>
              <w:t>Wales Millenium Centre</w:t>
            </w:r>
          </w:p>
        </w:tc>
      </w:tr>
      <w:tr w:rsidR="00C6214B" w:rsidRPr="0045495E" w14:paraId="1CAD4F62" w14:textId="77777777" w:rsidTr="0089100F">
        <w:trPr>
          <w:tblCellSpacing w:w="15" w:type="dxa"/>
        </w:trPr>
        <w:tc>
          <w:tcPr>
            <w:tcW w:w="1242" w:type="pct"/>
            <w:vAlign w:val="center"/>
            <w:hideMark/>
          </w:tcPr>
          <w:p w14:paraId="055BAEF0" w14:textId="77777777" w:rsidR="00C6214B" w:rsidRPr="005913BC" w:rsidRDefault="00C6214B" w:rsidP="0045495E">
            <w:pPr>
              <w:rPr>
                <w:rFonts w:cs="Times New Roman"/>
                <w:b/>
                <w:bCs/>
              </w:rPr>
            </w:pPr>
            <w:r w:rsidRPr="005913BC">
              <w:rPr>
                <w:b/>
                <w:bCs/>
              </w:rPr>
              <w:t>Chair</w:t>
            </w:r>
          </w:p>
        </w:tc>
        <w:tc>
          <w:tcPr>
            <w:tcW w:w="1215" w:type="pct"/>
            <w:vAlign w:val="center"/>
            <w:hideMark/>
          </w:tcPr>
          <w:p w14:paraId="2952F293" w14:textId="7377AA63" w:rsidR="00C6214B" w:rsidRPr="0045495E" w:rsidRDefault="004F61E2" w:rsidP="0045495E">
            <w:r>
              <w:t>Mandy Evans</w:t>
            </w:r>
          </w:p>
        </w:tc>
        <w:tc>
          <w:tcPr>
            <w:tcW w:w="846" w:type="pct"/>
            <w:vAlign w:val="center"/>
            <w:hideMark/>
          </w:tcPr>
          <w:p w14:paraId="6E30AC85" w14:textId="77777777" w:rsidR="00C6214B" w:rsidRPr="005913BC" w:rsidRDefault="00C6214B" w:rsidP="0045495E">
            <w:pPr>
              <w:rPr>
                <w:rFonts w:cs="Times New Roman"/>
                <w:b/>
                <w:bCs/>
              </w:rPr>
            </w:pPr>
            <w:r w:rsidRPr="005913BC">
              <w:rPr>
                <w:b/>
                <w:bCs/>
              </w:rPr>
              <w:t>Minute taker</w:t>
            </w:r>
          </w:p>
        </w:tc>
        <w:tc>
          <w:tcPr>
            <w:tcW w:w="1611" w:type="pct"/>
            <w:vAlign w:val="center"/>
            <w:hideMark/>
          </w:tcPr>
          <w:p w14:paraId="5C575038" w14:textId="55E99C7E" w:rsidR="00C6214B" w:rsidRPr="0045495E" w:rsidRDefault="0089100F" w:rsidP="0045495E">
            <w:r>
              <w:t>Mike Preston</w:t>
            </w:r>
          </w:p>
        </w:tc>
      </w:tr>
      <w:tr w:rsidR="0089100F" w:rsidRPr="0045495E" w14:paraId="136DF810" w14:textId="77777777" w:rsidTr="0089100F">
        <w:trPr>
          <w:tblCellSpacing w:w="15" w:type="dxa"/>
        </w:trPr>
        <w:tc>
          <w:tcPr>
            <w:tcW w:w="1242" w:type="pct"/>
            <w:vAlign w:val="center"/>
          </w:tcPr>
          <w:p w14:paraId="64EAA3E2" w14:textId="3785D414" w:rsidR="0089100F" w:rsidRPr="005913BC" w:rsidRDefault="0089100F" w:rsidP="0045495E">
            <w:pPr>
              <w:rPr>
                <w:b/>
                <w:bCs/>
              </w:rPr>
            </w:pPr>
            <w:r w:rsidRPr="005913BC">
              <w:rPr>
                <w:b/>
                <w:bCs/>
              </w:rPr>
              <w:t xml:space="preserve">Teams Link: </w:t>
            </w:r>
          </w:p>
        </w:tc>
        <w:tc>
          <w:tcPr>
            <w:tcW w:w="3706" w:type="pct"/>
            <w:gridSpan w:val="3"/>
            <w:vAlign w:val="center"/>
          </w:tcPr>
          <w:p w14:paraId="72FA9D35" w14:textId="36128664" w:rsidR="0089100F" w:rsidRDefault="005913BC" w:rsidP="0045495E">
            <w:r>
              <w:t xml:space="preserve">Please record your names for the purpose of recording attendees – </w:t>
            </w:r>
            <w:hyperlink r:id="rId12" w:history="1">
              <w:r w:rsidRPr="005913BC">
                <w:rPr>
                  <w:rStyle w:val="Hyperlink"/>
                </w:rPr>
                <w:t>Join Here</w:t>
              </w:r>
            </w:hyperlink>
          </w:p>
        </w:tc>
      </w:tr>
    </w:tbl>
    <w:tbl>
      <w:tblPr>
        <w:tblStyle w:val="GridTable4-Accent1"/>
        <w:tblW w:w="5000" w:type="pct"/>
        <w:tblInd w:w="0" w:type="dxa"/>
        <w:tblLook w:val="04A0" w:firstRow="1" w:lastRow="0" w:firstColumn="1" w:lastColumn="0" w:noHBand="0" w:noVBand="1"/>
      </w:tblPr>
      <w:tblGrid>
        <w:gridCol w:w="726"/>
        <w:gridCol w:w="3941"/>
        <w:gridCol w:w="1485"/>
        <w:gridCol w:w="812"/>
        <w:gridCol w:w="1656"/>
      </w:tblGrid>
      <w:tr w:rsidR="0028263A" w14:paraId="15391A0B" w14:textId="77777777">
        <w:tc>
          <w:tcPr>
            <w:tcW w:w="0" w:type="auto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5F6DE34B" w14:textId="77777777" w:rsidR="0028263A" w:rsidRDefault="0028263A">
            <w:pPr>
              <w:rPr>
                <w:sz w:val="22"/>
                <w:szCs w:val="22"/>
                <w:lang w:val="en-GB" w:eastAsia="en-GB"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0" w:type="auto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15B5A4B7" w14:textId="77777777" w:rsidR="0028263A" w:rsidRDefault="0028263A">
            <w:r>
              <w:rPr>
                <w:b/>
                <w:bCs/>
              </w:rPr>
              <w:t>Agenda Item</w:t>
            </w:r>
          </w:p>
        </w:tc>
        <w:tc>
          <w:tcPr>
            <w:tcW w:w="0" w:type="auto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747CCC9B" w14:textId="77777777" w:rsidR="0028263A" w:rsidRDefault="0028263A">
            <w:r>
              <w:rPr>
                <w:b/>
                <w:bCs/>
              </w:rPr>
              <w:t>Lead</w:t>
            </w:r>
          </w:p>
        </w:tc>
        <w:tc>
          <w:tcPr>
            <w:tcW w:w="0" w:type="auto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72C24520" w14:textId="77777777" w:rsidR="0028263A" w:rsidRDefault="0028263A">
            <w:r>
              <w:rPr>
                <w:b/>
                <w:bCs/>
              </w:rPr>
              <w:t>Time</w:t>
            </w:r>
          </w:p>
        </w:tc>
        <w:tc>
          <w:tcPr>
            <w:tcW w:w="0" w:type="auto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21E2CF58" w14:textId="77777777" w:rsidR="0028263A" w:rsidRDefault="0028263A">
            <w:r>
              <w:rPr>
                <w:b/>
                <w:bCs/>
              </w:rPr>
              <w:t>Related Papers</w:t>
            </w:r>
          </w:p>
        </w:tc>
      </w:tr>
      <w:tr w:rsidR="0028263A" w14:paraId="35C0E0CB" w14:textId="77777777" w:rsidTr="009570D0">
        <w:tc>
          <w:tcPr>
            <w:tcW w:w="0" w:type="auto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4AA8DEE1" w14:textId="77777777" w:rsidR="0028263A" w:rsidRDefault="0028263A"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4B7B3122" w14:textId="6DBB026F" w:rsidR="0028263A" w:rsidRDefault="0028263A">
            <w:r>
              <w:t xml:space="preserve">Welcome </w:t>
            </w:r>
            <w:r w:rsidR="008158D0">
              <w:t>to the</w:t>
            </w:r>
            <w:r>
              <w:t xml:space="preserve"> Meetin</w:t>
            </w:r>
            <w:r w:rsidR="00D60E4E"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5018C58F" w14:textId="77777777" w:rsidR="0028263A" w:rsidRDefault="0028263A">
            <w:r>
              <w:t>Chair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615FE17A" w14:textId="5397D31F" w:rsidR="0028263A" w:rsidRDefault="00832998">
            <w:r>
              <w:t xml:space="preserve">2 </w:t>
            </w:r>
            <w:r w:rsidR="0028263A">
              <w:t>mins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</w:tcPr>
          <w:p w14:paraId="365A000E" w14:textId="3A595BEE" w:rsidR="0028263A" w:rsidRDefault="0028263A"/>
        </w:tc>
      </w:tr>
      <w:tr w:rsidR="0028263A" w14:paraId="688EAC02" w14:textId="77777777">
        <w:tc>
          <w:tcPr>
            <w:tcW w:w="0" w:type="auto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437C9F11" w14:textId="77777777" w:rsidR="0028263A" w:rsidRDefault="0028263A"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1EEF286B" w14:textId="77777777" w:rsidR="0028263A" w:rsidRDefault="0028263A">
            <w:r>
              <w:t>Apologies for Absence.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57EE5129" w14:textId="1B1F5B5A" w:rsidR="0028263A" w:rsidRDefault="00D60E4E">
            <w:r>
              <w:t>Governance Lead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6CAC65E3" w14:textId="77777777" w:rsidR="0028263A" w:rsidRDefault="0028263A">
            <w:r>
              <w:t>2 mins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2CCDA70F" w14:textId="202B86D9" w:rsidR="0028263A" w:rsidRDefault="00832998">
            <w:r>
              <w:t xml:space="preserve">Motions Record </w:t>
            </w:r>
            <w:r>
              <w:t>–</w:t>
            </w:r>
            <w:r>
              <w:t xml:space="preserve"> </w:t>
            </w:r>
            <w:r>
              <w:t xml:space="preserve">Apologies </w:t>
            </w:r>
            <w:r>
              <w:t xml:space="preserve"> register</w:t>
            </w:r>
          </w:p>
        </w:tc>
      </w:tr>
      <w:tr w:rsidR="0028263A" w14:paraId="0D72014D" w14:textId="77777777">
        <w:tc>
          <w:tcPr>
            <w:tcW w:w="0" w:type="auto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4469C675" w14:textId="77777777" w:rsidR="0028263A" w:rsidRDefault="0028263A"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28EF4867" w14:textId="3889347A" w:rsidR="0028263A" w:rsidRDefault="0028263A">
            <w:r>
              <w:t>Quorum Confirmatio</w:t>
            </w:r>
            <w:r w:rsidR="00D60E4E">
              <w:t>n – Min 5 Members.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7EB95F58" w14:textId="13DC69DA" w:rsidR="0028263A" w:rsidRDefault="00D60E4E">
            <w:r>
              <w:t>Chair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288BC18F" w14:textId="77777777" w:rsidR="0028263A" w:rsidRDefault="0028263A">
            <w:r>
              <w:t>3 mins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148D57E7" w14:textId="7B6F67CF" w:rsidR="0028263A" w:rsidRDefault="00832998">
            <w:r>
              <w:t xml:space="preserve">Motions Record - </w:t>
            </w:r>
            <w:r w:rsidR="0028263A">
              <w:t>Attendance register</w:t>
            </w:r>
          </w:p>
        </w:tc>
      </w:tr>
      <w:tr w:rsidR="0028263A" w14:paraId="7C1B9933" w14:textId="77777777">
        <w:tc>
          <w:tcPr>
            <w:tcW w:w="0" w:type="auto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69A8AC47" w14:textId="77777777" w:rsidR="0028263A" w:rsidRDefault="0028263A"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06E620AC" w14:textId="543871B4" w:rsidR="0028263A" w:rsidRDefault="0028263A">
            <w:r>
              <w:t xml:space="preserve">Minutes of Previous AGM; approval of minutes from </w:t>
            </w:r>
            <w:r w:rsidR="00D60E4E">
              <w:t>May 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45802A25" w14:textId="77777777" w:rsidR="0028263A" w:rsidRDefault="0028263A">
            <w:r>
              <w:t>Chair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60DDA81A" w14:textId="73BE0B68" w:rsidR="0028263A" w:rsidRDefault="00760F82">
            <w:r>
              <w:t xml:space="preserve">2 </w:t>
            </w:r>
            <w:r w:rsidR="0028263A">
              <w:t>mins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3286E568" w14:textId="65DE83D8" w:rsidR="0028263A" w:rsidRDefault="00832998">
            <w:r>
              <w:t xml:space="preserve">Motions Record </w:t>
            </w:r>
            <w:r w:rsidR="0083146A">
              <w:t>–</w:t>
            </w:r>
            <w:r>
              <w:t xml:space="preserve"> </w:t>
            </w:r>
            <w:r w:rsidR="0083146A">
              <w:t>Statement 1</w:t>
            </w:r>
          </w:p>
        </w:tc>
      </w:tr>
      <w:tr w:rsidR="0028263A" w14:paraId="2DC943A2" w14:textId="77777777">
        <w:tc>
          <w:tcPr>
            <w:tcW w:w="0" w:type="auto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49D1323D" w14:textId="77777777" w:rsidR="0028263A" w:rsidRDefault="0028263A"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7981199C" w14:textId="22E7E859" w:rsidR="0028263A" w:rsidRDefault="00D60E4E">
            <w:r>
              <w:t>Directors Annual Report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68C07280" w14:textId="41370699" w:rsidR="0028263A" w:rsidRDefault="00D60E4E">
            <w:r>
              <w:t>Director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39F58A04" w14:textId="2C2297DB" w:rsidR="0028263A" w:rsidRDefault="00760F82">
            <w:r>
              <w:t>10</w:t>
            </w:r>
            <w:r w:rsidR="002D04DF">
              <w:t xml:space="preserve"> </w:t>
            </w:r>
            <w:r w:rsidR="0028263A">
              <w:t>mins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1BBC9C6A" w14:textId="1FE4905A" w:rsidR="0028263A" w:rsidRDefault="00760F82">
            <w:r>
              <w:t>Annual report</w:t>
            </w:r>
          </w:p>
        </w:tc>
      </w:tr>
      <w:tr w:rsidR="0028263A" w14:paraId="325B70E8" w14:textId="77777777">
        <w:tc>
          <w:tcPr>
            <w:tcW w:w="0" w:type="auto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1D346F60" w14:textId="77777777" w:rsidR="0028263A" w:rsidRDefault="0028263A"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7FA18153" w14:textId="77777777" w:rsidR="0028263A" w:rsidRDefault="0028263A">
            <w:r>
              <w:t>Trustees’ Report and Annual Report; presentation of statutory annual report and confirmation of reporting compliance.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71EB49FB" w14:textId="77777777" w:rsidR="0028263A" w:rsidRDefault="0028263A">
            <w:r>
              <w:t>Trustees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6A8213B3" w14:textId="77777777" w:rsidR="0028263A" w:rsidRDefault="0028263A">
            <w:r>
              <w:t>5 mins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1B3A9B10" w14:textId="77777777" w:rsidR="0028263A" w:rsidRDefault="0028263A">
            <w:r>
              <w:t>Annual report</w:t>
            </w:r>
          </w:p>
        </w:tc>
      </w:tr>
      <w:tr w:rsidR="00E65D2C" w14:paraId="744DDAE2" w14:textId="77777777">
        <w:tc>
          <w:tcPr>
            <w:tcW w:w="0" w:type="auto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</w:tcPr>
          <w:p w14:paraId="0139A038" w14:textId="06E2EC09" w:rsidR="00E65D2C" w:rsidRDefault="00E65D2C">
            <w:r>
              <w:lastRenderedPageBreak/>
              <w:t>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</w:tcPr>
          <w:p w14:paraId="1AC42BC2" w14:textId="69D312B3" w:rsidR="00E65D2C" w:rsidRDefault="00E65D2C">
            <w:r w:rsidRPr="00393ADA">
              <w:rPr>
                <w:lang w:val="en-GB"/>
              </w:rPr>
              <w:t>Motion 1: Receipt of the Trustees' Annual Report</w:t>
            </w:r>
            <w:r>
              <w:rPr>
                <w:lang w:val="en-GB"/>
              </w:rPr>
              <w:t xml:space="preserve"> - </w:t>
            </w:r>
            <w:r w:rsidRPr="000E58E8">
              <w:rPr>
                <w:lang w:val="en-GB"/>
              </w:rPr>
              <w:t>"That the Trustees' Annual Report for the year ended 31 March 2026 be received and noted by the members."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</w:tcPr>
          <w:p w14:paraId="72CF79C8" w14:textId="1573F8E4" w:rsidR="00E65D2C" w:rsidRDefault="00E65D2C">
            <w:r>
              <w:t>Chair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</w:tcPr>
          <w:p w14:paraId="1C7FDDDD" w14:textId="6C99B20A" w:rsidR="00E65D2C" w:rsidRDefault="00E65D2C">
            <w:r>
              <w:t>2 Mins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</w:tcPr>
          <w:p w14:paraId="706F2E3D" w14:textId="1F6E58CA" w:rsidR="00E65D2C" w:rsidRDefault="00E65D2C">
            <w:r>
              <w:t>Motions Record – Motion 1</w:t>
            </w:r>
          </w:p>
        </w:tc>
      </w:tr>
      <w:tr w:rsidR="0028263A" w14:paraId="4C40A93C" w14:textId="77777777">
        <w:tc>
          <w:tcPr>
            <w:tcW w:w="0" w:type="auto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790741AE" w14:textId="77777777" w:rsidR="0028263A" w:rsidRDefault="0028263A"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266FA267" w14:textId="77777777" w:rsidR="0028263A" w:rsidRDefault="0028263A">
            <w:r>
              <w:t>Financial Statements; presentation of FY 2025–2026 accounts, including income, expenditure, financial position and legal preparation requirements.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23B61C5E" w14:textId="77777777" w:rsidR="0028263A" w:rsidRDefault="0028263A">
            <w:r>
              <w:t>Treasurer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1C6AF88D" w14:textId="17698A12" w:rsidR="0028263A" w:rsidRDefault="0044052F">
            <w:r>
              <w:t xml:space="preserve">5 </w:t>
            </w:r>
            <w:r w:rsidR="0028263A">
              <w:t>mins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4ECDE7C1" w14:textId="0F25AD8A" w:rsidR="0028263A" w:rsidRDefault="00760F82">
            <w:r>
              <w:t>Annual report</w:t>
            </w:r>
          </w:p>
        </w:tc>
      </w:tr>
      <w:tr w:rsidR="00E65D2C" w14:paraId="4F8848A8" w14:textId="77777777">
        <w:tc>
          <w:tcPr>
            <w:tcW w:w="0" w:type="auto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</w:tcPr>
          <w:p w14:paraId="15E0884A" w14:textId="66FC95B9" w:rsidR="00E65D2C" w:rsidRDefault="00B77CD5">
            <w:r>
              <w:t>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</w:tcPr>
          <w:p w14:paraId="61D94EC1" w14:textId="3F1CB8EB" w:rsidR="00E65D2C" w:rsidRDefault="00B77CD5">
            <w:r w:rsidRPr="00B1533A">
              <w:rPr>
                <w:lang w:val="en-GB"/>
              </w:rPr>
              <w:t>Motion 2: Adoption of the Annual Accounts</w:t>
            </w:r>
            <w:r>
              <w:rPr>
                <w:lang w:val="en-GB"/>
              </w:rPr>
              <w:t xml:space="preserve"> - </w:t>
            </w:r>
            <w:r w:rsidRPr="00B1533A">
              <w:rPr>
                <w:lang w:val="en-GB"/>
              </w:rPr>
              <w:t>"That the Annual Accounts and Financial Statements for the year ended 31 March 2026 be received and adopted."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</w:tcPr>
          <w:p w14:paraId="68AF3414" w14:textId="443326BC" w:rsidR="00E65D2C" w:rsidRDefault="00B77CD5">
            <w:r>
              <w:t>Chair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</w:tcPr>
          <w:p w14:paraId="246DC7AC" w14:textId="6AE7968F" w:rsidR="00E65D2C" w:rsidRDefault="00B77CD5">
            <w:r>
              <w:t>2 Mins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</w:tcPr>
          <w:p w14:paraId="2291D43F" w14:textId="7653DA03" w:rsidR="00E65D2C" w:rsidRDefault="00B77CD5">
            <w:r>
              <w:t xml:space="preserve">Motions Record – Motion </w:t>
            </w:r>
            <w:r>
              <w:t>2</w:t>
            </w:r>
          </w:p>
        </w:tc>
      </w:tr>
      <w:tr w:rsidR="002207F6" w14:paraId="4317343D" w14:textId="77777777">
        <w:tc>
          <w:tcPr>
            <w:tcW w:w="0" w:type="auto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</w:tcPr>
          <w:p w14:paraId="68CE7807" w14:textId="7A3ACE0A" w:rsidR="002207F6" w:rsidRDefault="002207F6" w:rsidP="002207F6">
            <w:r>
              <w:t>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</w:tcPr>
          <w:p w14:paraId="53DF85CD" w14:textId="265438C3" w:rsidR="002207F6" w:rsidRPr="00B1533A" w:rsidRDefault="002207F6" w:rsidP="002207F6">
            <w:pPr>
              <w:rPr>
                <w:lang w:val="en-GB"/>
              </w:rPr>
            </w:pPr>
            <w:r w:rsidRPr="004A5D99">
              <w:rPr>
                <w:lang w:val="en-GB"/>
              </w:rPr>
              <w:t>Motion 3: Appointment of the Independent Accountant</w:t>
            </w:r>
            <w:r>
              <w:rPr>
                <w:lang w:val="en-GB"/>
              </w:rPr>
              <w:t xml:space="preserve">- </w:t>
            </w:r>
            <w:r w:rsidRPr="004A5D99">
              <w:rPr>
                <w:lang w:val="en-GB"/>
              </w:rPr>
              <w:t>"That FSC Accountants be appointed as the Company's accountants for the forthcoming financial year and that the Board be authorised to agree their remuneration."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</w:tcPr>
          <w:p w14:paraId="411CDA78" w14:textId="12184702" w:rsidR="002207F6" w:rsidRDefault="002207F6" w:rsidP="002207F6">
            <w:r>
              <w:t>Chair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</w:tcPr>
          <w:p w14:paraId="0AF61500" w14:textId="4868C489" w:rsidR="002207F6" w:rsidRDefault="002207F6" w:rsidP="002207F6">
            <w:r>
              <w:t>2 Mins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</w:tcPr>
          <w:p w14:paraId="1D904797" w14:textId="32A014CF" w:rsidR="002207F6" w:rsidRDefault="002207F6" w:rsidP="002207F6">
            <w:r>
              <w:t xml:space="preserve">Motions Record – Motion </w:t>
            </w:r>
            <w:r>
              <w:t>3</w:t>
            </w:r>
          </w:p>
        </w:tc>
      </w:tr>
      <w:tr w:rsidR="002207F6" w14:paraId="208F5592" w14:textId="77777777">
        <w:tc>
          <w:tcPr>
            <w:tcW w:w="0" w:type="auto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3E1FFFAE" w14:textId="535BD88B" w:rsidR="002207F6" w:rsidRDefault="002207F6" w:rsidP="002207F6"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6CA09059" w14:textId="768B1601" w:rsidR="002207F6" w:rsidRDefault="002207F6" w:rsidP="002207F6">
            <w:r>
              <w:t>Any Other Business agreed in advance with the Chair.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66CE93E0" w14:textId="77777777" w:rsidR="002207F6" w:rsidRDefault="002207F6" w:rsidP="002207F6">
            <w:r>
              <w:t>Chair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1E0BE7CC" w14:textId="69FB6B1F" w:rsidR="002207F6" w:rsidRDefault="002207F6" w:rsidP="002207F6">
            <w:r>
              <w:t>5 mins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49C83468" w14:textId="77777777" w:rsidR="002207F6" w:rsidRDefault="002207F6" w:rsidP="002207F6">
            <w:r>
              <w:t>AOB items, if approved</w:t>
            </w:r>
          </w:p>
        </w:tc>
      </w:tr>
      <w:tr w:rsidR="002207F6" w14:paraId="7379E6C9" w14:textId="77777777">
        <w:tc>
          <w:tcPr>
            <w:tcW w:w="0" w:type="auto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35D28912" w14:textId="28AB233A" w:rsidR="002207F6" w:rsidRDefault="002207F6" w:rsidP="002207F6"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68E158DE" w14:textId="6453C372" w:rsidR="002207F6" w:rsidRDefault="002207F6" w:rsidP="002207F6">
            <w:r>
              <w:t>Close of Meeting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281B3AFB" w14:textId="77777777" w:rsidR="002207F6" w:rsidRDefault="002207F6" w:rsidP="002207F6">
            <w:r>
              <w:t>Chair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37B26C1A" w14:textId="77777777" w:rsidR="002207F6" w:rsidRDefault="002207F6" w:rsidP="002207F6">
            <w:r>
              <w:t>2 mins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52E9EEC5" w14:textId="6D49733A" w:rsidR="002207F6" w:rsidRDefault="002207F6" w:rsidP="002207F6"/>
        </w:tc>
      </w:tr>
    </w:tbl>
    <w:p w14:paraId="75602AB8" w14:textId="77777777" w:rsidR="00C6214B" w:rsidRDefault="00C6214B"/>
    <w:sectPr w:rsidR="00C6214B" w:rsidSect="0003461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6E109" w14:textId="77777777" w:rsidR="00565D26" w:rsidRDefault="00565D26">
      <w:pPr>
        <w:spacing w:after="0" w:line="240" w:lineRule="auto"/>
      </w:pPr>
      <w:r>
        <w:separator/>
      </w:r>
    </w:p>
  </w:endnote>
  <w:endnote w:type="continuationSeparator" w:id="0">
    <w:p w14:paraId="74B0478E" w14:textId="77777777" w:rsidR="00565D26" w:rsidRDefault="00565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24199" w14:textId="77777777" w:rsidR="00926FBD" w:rsidRDefault="00926F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3A4F2" w14:textId="77777777" w:rsidR="0044052F" w:rsidRDefault="0044052F" w:rsidP="0044052F">
    <w:pPr>
      <w:spacing w:after="120" w:line="240" w:lineRule="auto"/>
      <w:rPr>
        <w:sz w:val="24"/>
        <w:szCs w:val="24"/>
        <w:lang w:val="en-GB"/>
      </w:rPr>
    </w:pPr>
    <w:r w:rsidRPr="009D0549">
      <w:rPr>
        <w:b/>
        <w:bCs/>
        <w:sz w:val="24"/>
        <w:szCs w:val="24"/>
        <w:lang w:val="en-GB"/>
      </w:rPr>
      <w:t xml:space="preserve">All Wales Forum of Parents and Carers of People with Learning Disabilities </w:t>
    </w:r>
    <w:r w:rsidRPr="00B73691">
      <w:rPr>
        <w:sz w:val="24"/>
        <w:szCs w:val="24"/>
        <w:lang w:val="en-GB"/>
      </w:rPr>
      <w:t xml:space="preserve">is a </w:t>
    </w:r>
    <w:r w:rsidRPr="009D0549">
      <w:rPr>
        <w:sz w:val="24"/>
        <w:szCs w:val="24"/>
        <w:lang w:val="en-GB"/>
      </w:rPr>
      <w:t>registered charity in England and Wales and a company limited by guarantee.</w:t>
    </w:r>
    <w:r>
      <w:rPr>
        <w:sz w:val="24"/>
        <w:szCs w:val="24"/>
        <w:lang w:val="en-GB"/>
      </w:rPr>
      <w:t xml:space="preserve"> </w:t>
    </w:r>
  </w:p>
  <w:p w14:paraId="161BB9B3" w14:textId="77777777" w:rsidR="0044052F" w:rsidRDefault="0044052F" w:rsidP="0044052F">
    <w:pPr>
      <w:spacing w:after="120" w:line="240" w:lineRule="auto"/>
      <w:rPr>
        <w:sz w:val="24"/>
        <w:szCs w:val="24"/>
        <w:lang w:val="en-GB"/>
      </w:rPr>
    </w:pPr>
    <w:r w:rsidRPr="00C52BF1">
      <w:rPr>
        <w:b/>
        <w:bCs/>
        <w:sz w:val="24"/>
        <w:szCs w:val="24"/>
        <w:lang w:val="en-GB"/>
      </w:rPr>
      <w:t>Registered Office:</w:t>
    </w:r>
    <w:r w:rsidRPr="00C52BF1">
      <w:rPr>
        <w:sz w:val="24"/>
        <w:szCs w:val="24"/>
        <w:lang w:val="en-GB"/>
      </w:rPr>
      <w:t xml:space="preserve"> JR Quarter, Moy Road</w:t>
    </w:r>
    <w:r>
      <w:rPr>
        <w:sz w:val="24"/>
        <w:szCs w:val="24"/>
        <w:lang w:val="en-GB"/>
      </w:rPr>
      <w:t xml:space="preserve">,  </w:t>
    </w:r>
    <w:r w:rsidRPr="00C52BF1">
      <w:rPr>
        <w:sz w:val="24"/>
        <w:szCs w:val="24"/>
        <w:lang w:val="en-GB"/>
      </w:rPr>
      <w:t>Industrial Estate, Taffs Well, Cardiff, Wales,</w:t>
    </w:r>
    <w:r>
      <w:rPr>
        <w:sz w:val="24"/>
        <w:szCs w:val="24"/>
        <w:lang w:val="en-GB"/>
      </w:rPr>
      <w:t xml:space="preserve"> </w:t>
    </w:r>
    <w:r w:rsidRPr="00C52BF1">
      <w:rPr>
        <w:sz w:val="24"/>
        <w:szCs w:val="24"/>
        <w:lang w:val="en-GB"/>
      </w:rPr>
      <w:t>CF15 7QR</w:t>
    </w:r>
    <w:r>
      <w:rPr>
        <w:sz w:val="24"/>
        <w:szCs w:val="24"/>
        <w:lang w:val="en-GB"/>
      </w:rPr>
      <w:t xml:space="preserve"> </w:t>
    </w:r>
  </w:p>
  <w:p w14:paraId="40AFBD14" w14:textId="77777777" w:rsidR="0044052F" w:rsidRDefault="0044052F" w:rsidP="0044052F">
    <w:pPr>
      <w:spacing w:after="120" w:line="240" w:lineRule="auto"/>
      <w:rPr>
        <w:sz w:val="24"/>
        <w:szCs w:val="24"/>
        <w:lang w:val="en-GB"/>
      </w:rPr>
    </w:pPr>
    <w:r w:rsidRPr="00F408D7">
      <w:rPr>
        <w:b/>
        <w:bCs/>
        <w:sz w:val="24"/>
        <w:szCs w:val="24"/>
      </w:rPr>
      <w:t>Tel:</w:t>
    </w:r>
    <w:r w:rsidRPr="00F408D7">
      <w:rPr>
        <w:sz w:val="24"/>
        <w:szCs w:val="24"/>
      </w:rPr>
      <w:t xml:space="preserve"> 02922 790089</w:t>
    </w:r>
    <w:r>
      <w:rPr>
        <w:sz w:val="24"/>
        <w:szCs w:val="24"/>
      </w:rPr>
      <w:t xml:space="preserve">  </w:t>
    </w:r>
    <w:r w:rsidRPr="00F408D7">
      <w:rPr>
        <w:b/>
        <w:bCs/>
        <w:sz w:val="24"/>
        <w:szCs w:val="24"/>
      </w:rPr>
      <w:t>Email:</w:t>
    </w:r>
    <w:r w:rsidRPr="00F408D7">
      <w:rPr>
        <w:sz w:val="24"/>
        <w:szCs w:val="24"/>
      </w:rPr>
      <w:t xml:space="preserve"> </w:t>
    </w:r>
    <w:hyperlink r:id="rId1" w:history="1">
      <w:r w:rsidRPr="0044038D">
        <w:rPr>
          <w:rStyle w:val="Hyperlink"/>
          <w:sz w:val="24"/>
          <w:szCs w:val="24"/>
        </w:rPr>
        <w:t>admin@allwalesforum.org.uk</w:t>
      </w:r>
    </w:hyperlink>
    <w:r>
      <w:rPr>
        <w:sz w:val="24"/>
        <w:szCs w:val="24"/>
        <w:lang w:val="en-GB"/>
      </w:rPr>
      <w:t xml:space="preserve">    </w:t>
    </w:r>
  </w:p>
  <w:p w14:paraId="7FFB7012" w14:textId="0D66C787" w:rsidR="003E363B" w:rsidRPr="0044052F" w:rsidRDefault="0044052F" w:rsidP="0044052F">
    <w:pPr>
      <w:spacing w:after="120" w:line="240" w:lineRule="auto"/>
      <w:rPr>
        <w:sz w:val="24"/>
        <w:szCs w:val="24"/>
        <w:lang w:val="en-GB"/>
      </w:rPr>
    </w:pPr>
    <w:r w:rsidRPr="00565803">
      <w:rPr>
        <w:b/>
        <w:bCs/>
        <w:sz w:val="24"/>
        <w:szCs w:val="24"/>
        <w:lang w:val="en-GB"/>
      </w:rPr>
      <w:t>Charity Number:</w:t>
    </w:r>
    <w:r w:rsidRPr="00565803">
      <w:rPr>
        <w:sz w:val="24"/>
        <w:szCs w:val="24"/>
        <w:lang w:val="en-GB"/>
      </w:rPr>
      <w:t xml:space="preserve"> 1071726</w:t>
    </w:r>
    <w:r>
      <w:rPr>
        <w:sz w:val="24"/>
        <w:szCs w:val="24"/>
        <w:lang w:val="en-GB"/>
      </w:rPr>
      <w:t xml:space="preserve">   </w:t>
    </w:r>
    <w:r w:rsidRPr="00565803">
      <w:rPr>
        <w:b/>
        <w:bCs/>
        <w:sz w:val="24"/>
        <w:szCs w:val="24"/>
        <w:lang w:val="en-GB"/>
      </w:rPr>
      <w:t>Compan</w:t>
    </w:r>
    <w:r>
      <w:rPr>
        <w:b/>
        <w:bCs/>
        <w:sz w:val="24"/>
        <w:szCs w:val="24"/>
        <w:lang w:val="en-GB"/>
      </w:rPr>
      <w:t>y Number</w:t>
    </w:r>
    <w:r w:rsidRPr="00565803">
      <w:rPr>
        <w:b/>
        <w:bCs/>
        <w:sz w:val="24"/>
        <w:szCs w:val="24"/>
        <w:lang w:val="en-GB"/>
      </w:rPr>
      <w:t>:</w:t>
    </w:r>
    <w:r w:rsidRPr="00565803">
      <w:rPr>
        <w:sz w:val="24"/>
        <w:szCs w:val="24"/>
        <w:lang w:val="en-GB"/>
      </w:rPr>
      <w:t xml:space="preserve"> 0358393</w:t>
    </w:r>
    <w:r>
      <w:rPr>
        <w:sz w:val="24"/>
        <w:szCs w:val="24"/>
        <w:lang w:val="en-GB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1E678" w14:textId="77777777" w:rsidR="00926FBD" w:rsidRDefault="00926F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B08DD" w14:textId="77777777" w:rsidR="00565D26" w:rsidRDefault="00565D26">
      <w:pPr>
        <w:spacing w:after="0" w:line="240" w:lineRule="auto"/>
      </w:pPr>
      <w:r>
        <w:separator/>
      </w:r>
    </w:p>
  </w:footnote>
  <w:footnote w:type="continuationSeparator" w:id="0">
    <w:p w14:paraId="6311B8D7" w14:textId="77777777" w:rsidR="00565D26" w:rsidRDefault="00565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6F9B7" w14:textId="77777777" w:rsidR="00926FBD" w:rsidRDefault="00926F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601" w:type="dxa"/>
      <w:tblLook w:val="06A0" w:firstRow="1" w:lastRow="0" w:firstColumn="1" w:lastColumn="0" w:noHBand="1" w:noVBand="1"/>
    </w:tblPr>
    <w:tblGrid>
      <w:gridCol w:w="4938"/>
      <w:gridCol w:w="1109"/>
      <w:gridCol w:w="1597"/>
      <w:gridCol w:w="1597"/>
    </w:tblGrid>
    <w:tr w:rsidR="00926FBD" w14:paraId="5B15835D" w14:textId="04426AFC" w:rsidTr="00926FBD">
      <w:trPr>
        <w:trHeight w:val="405"/>
      </w:trPr>
      <w:tc>
        <w:tcPr>
          <w:tcW w:w="4938" w:type="dxa"/>
        </w:tcPr>
        <w:p w14:paraId="1FD2FAC4" w14:textId="77777777" w:rsidR="00926FBD" w:rsidRDefault="00926FBD" w:rsidP="007261F6">
          <w:pPr>
            <w:pStyle w:val="Header"/>
            <w:ind w:left="-115"/>
            <w:rPr>
              <w:rFonts w:ascii="Aptos" w:eastAsia="Aptos" w:hAnsi="Aptos" w:cs="Aptos"/>
              <w:color w:val="000000"/>
            </w:rPr>
          </w:pPr>
          <w:r w:rsidRPr="60981F09">
            <w:rPr>
              <w:rFonts w:ascii="Aptos" w:eastAsia="Aptos" w:hAnsi="Aptos" w:cs="Aptos"/>
              <w:color w:val="000000"/>
            </w:rPr>
            <w:t xml:space="preserve">Board </w:t>
          </w:r>
          <w:r>
            <w:rPr>
              <w:rFonts w:ascii="Aptos" w:eastAsia="Aptos" w:hAnsi="Aptos" w:cs="Aptos"/>
              <w:color w:val="000000"/>
            </w:rPr>
            <w:t>Agenda</w:t>
          </w:r>
        </w:p>
        <w:p w14:paraId="034DBAB0" w14:textId="77777777" w:rsidR="00926FBD" w:rsidRDefault="00926FBD" w:rsidP="007261F6">
          <w:pPr>
            <w:pStyle w:val="Header"/>
            <w:ind w:left="-115"/>
            <w:rPr>
              <w:rFonts w:ascii="Aptos" w:eastAsia="Aptos" w:hAnsi="Aptos" w:cs="Aptos"/>
              <w:color w:val="000000"/>
            </w:rPr>
          </w:pPr>
          <w:r w:rsidRPr="60981F09">
            <w:rPr>
              <w:rFonts w:ascii="Aptos" w:eastAsia="Aptos" w:hAnsi="Aptos" w:cs="Aptos"/>
              <w:color w:val="000000"/>
            </w:rPr>
            <w:t xml:space="preserve">Prepared by: </w:t>
          </w:r>
          <w:r w:rsidR="002D04DF">
            <w:rPr>
              <w:rFonts w:ascii="Aptos" w:eastAsia="Aptos" w:hAnsi="Aptos" w:cs="Aptos"/>
              <w:color w:val="000000"/>
            </w:rPr>
            <w:t>Mike Preston On Behalf of the Chair</w:t>
          </w:r>
        </w:p>
        <w:p w14:paraId="50CEA34E" w14:textId="2DF89312" w:rsidR="002D04DF" w:rsidRPr="00F466C6" w:rsidRDefault="002D04DF" w:rsidP="007261F6">
          <w:pPr>
            <w:pStyle w:val="Header"/>
            <w:ind w:left="-115"/>
            <w:rPr>
              <w:rFonts w:ascii="Aptos" w:eastAsia="Aptos" w:hAnsi="Aptos" w:cs="Aptos"/>
              <w:color w:val="000000"/>
              <w:lang w:val="en-GB"/>
            </w:rPr>
          </w:pPr>
        </w:p>
      </w:tc>
      <w:tc>
        <w:tcPr>
          <w:tcW w:w="1109" w:type="dxa"/>
        </w:tcPr>
        <w:p w14:paraId="13459F26" w14:textId="5A2E361F" w:rsidR="00926FBD" w:rsidRDefault="00926FBD" w:rsidP="358BA419">
          <w:pPr>
            <w:pStyle w:val="Header"/>
            <w:jc w:val="center"/>
          </w:pPr>
        </w:p>
      </w:tc>
      <w:tc>
        <w:tcPr>
          <w:tcW w:w="1597" w:type="dxa"/>
        </w:tcPr>
        <w:p w14:paraId="4BF2D643" w14:textId="041121A6" w:rsidR="00926FBD" w:rsidRDefault="00926FBD" w:rsidP="358BA419">
          <w:pPr>
            <w:pStyle w:val="Header"/>
            <w:ind w:right="-115"/>
            <w:jc w:val="right"/>
          </w:pPr>
        </w:p>
      </w:tc>
      <w:tc>
        <w:tcPr>
          <w:tcW w:w="1597" w:type="dxa"/>
        </w:tcPr>
        <w:p w14:paraId="030EECBD" w14:textId="77777777" w:rsidR="00926FBD" w:rsidRDefault="00926FBD" w:rsidP="358BA419">
          <w:pPr>
            <w:pStyle w:val="Header"/>
            <w:ind w:right="-115"/>
            <w:jc w:val="right"/>
          </w:pPr>
        </w:p>
      </w:tc>
    </w:tr>
  </w:tbl>
  <w:p w14:paraId="4FB248D5" w14:textId="20447F06" w:rsidR="358BA419" w:rsidRDefault="00124B6B" w:rsidP="358BA41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D75C0BA" wp14:editId="7C9E6DC2">
          <wp:simplePos x="0" y="0"/>
          <wp:positionH relativeFrom="column">
            <wp:posOffset>5302935</wp:posOffset>
          </wp:positionH>
          <wp:positionV relativeFrom="paragraph">
            <wp:posOffset>-723960</wp:posOffset>
          </wp:positionV>
          <wp:extent cx="887812" cy="951592"/>
          <wp:effectExtent l="0" t="0" r="7620" b="1270"/>
          <wp:wrapNone/>
          <wp:docPr id="208528955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5289559" name="Picture 20852895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7812" cy="9515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6F053" w14:textId="77777777" w:rsidR="00926FBD" w:rsidRDefault="00926F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E77909"/>
    <w:multiLevelType w:val="multilevel"/>
    <w:tmpl w:val="4A8C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A94009"/>
    <w:multiLevelType w:val="multilevel"/>
    <w:tmpl w:val="925E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B459DD"/>
    <w:multiLevelType w:val="multilevel"/>
    <w:tmpl w:val="81029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510F87"/>
    <w:multiLevelType w:val="multilevel"/>
    <w:tmpl w:val="A9025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1D73F3"/>
    <w:multiLevelType w:val="multilevel"/>
    <w:tmpl w:val="0B16B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45F21B"/>
    <w:multiLevelType w:val="hybridMultilevel"/>
    <w:tmpl w:val="DBF27910"/>
    <w:lvl w:ilvl="0" w:tplc="CDC0DFD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1B54EA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620AA61E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37785AE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A5C4BFC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3D85A6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ABDEF1D0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78A0F57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81E2312A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 w16cid:durableId="1020470883">
    <w:abstractNumId w:val="8"/>
  </w:num>
  <w:num w:numId="2" w16cid:durableId="187568799">
    <w:abstractNumId w:val="6"/>
  </w:num>
  <w:num w:numId="3" w16cid:durableId="1310596272">
    <w:abstractNumId w:val="5"/>
  </w:num>
  <w:num w:numId="4" w16cid:durableId="413279095">
    <w:abstractNumId w:val="4"/>
  </w:num>
  <w:num w:numId="5" w16cid:durableId="1922521521">
    <w:abstractNumId w:val="7"/>
  </w:num>
  <w:num w:numId="6" w16cid:durableId="233779214">
    <w:abstractNumId w:val="3"/>
  </w:num>
  <w:num w:numId="7" w16cid:durableId="1862739543">
    <w:abstractNumId w:val="2"/>
  </w:num>
  <w:num w:numId="8" w16cid:durableId="345060594">
    <w:abstractNumId w:val="1"/>
  </w:num>
  <w:num w:numId="9" w16cid:durableId="94402693">
    <w:abstractNumId w:val="0"/>
  </w:num>
  <w:num w:numId="10" w16cid:durableId="1115447358">
    <w:abstractNumId w:val="14"/>
  </w:num>
  <w:num w:numId="11" w16cid:durableId="303433516">
    <w:abstractNumId w:val="13"/>
  </w:num>
  <w:num w:numId="12" w16cid:durableId="137038692">
    <w:abstractNumId w:val="11"/>
  </w:num>
  <w:num w:numId="13" w16cid:durableId="333340311">
    <w:abstractNumId w:val="9"/>
  </w:num>
  <w:num w:numId="14" w16cid:durableId="1911185737">
    <w:abstractNumId w:val="12"/>
  </w:num>
  <w:num w:numId="15" w16cid:durableId="17286434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E48"/>
    <w:rsid w:val="00034616"/>
    <w:rsid w:val="0006063C"/>
    <w:rsid w:val="00063D9C"/>
    <w:rsid w:val="00066B1B"/>
    <w:rsid w:val="000C2896"/>
    <w:rsid w:val="000D155C"/>
    <w:rsid w:val="00110862"/>
    <w:rsid w:val="00124B6B"/>
    <w:rsid w:val="0015074B"/>
    <w:rsid w:val="001A21E9"/>
    <w:rsid w:val="001B44B2"/>
    <w:rsid w:val="001D4F2C"/>
    <w:rsid w:val="001F5722"/>
    <w:rsid w:val="00206FF2"/>
    <w:rsid w:val="002207F6"/>
    <w:rsid w:val="00235CCB"/>
    <w:rsid w:val="00236B6D"/>
    <w:rsid w:val="002400CD"/>
    <w:rsid w:val="0024067D"/>
    <w:rsid w:val="0028263A"/>
    <w:rsid w:val="00291150"/>
    <w:rsid w:val="002932E2"/>
    <w:rsid w:val="0029639D"/>
    <w:rsid w:val="002A031E"/>
    <w:rsid w:val="002A1915"/>
    <w:rsid w:val="002A51D0"/>
    <w:rsid w:val="002D04DF"/>
    <w:rsid w:val="002D0CED"/>
    <w:rsid w:val="002F5E34"/>
    <w:rsid w:val="003068AA"/>
    <w:rsid w:val="00326F90"/>
    <w:rsid w:val="00362EA0"/>
    <w:rsid w:val="0036701E"/>
    <w:rsid w:val="00376A8A"/>
    <w:rsid w:val="003A0BEB"/>
    <w:rsid w:val="003A4EB3"/>
    <w:rsid w:val="003B6D02"/>
    <w:rsid w:val="003C0871"/>
    <w:rsid w:val="003C5BAB"/>
    <w:rsid w:val="003E363B"/>
    <w:rsid w:val="00402BC6"/>
    <w:rsid w:val="00403B1C"/>
    <w:rsid w:val="00433F6D"/>
    <w:rsid w:val="004370CD"/>
    <w:rsid w:val="0044052F"/>
    <w:rsid w:val="004407E8"/>
    <w:rsid w:val="0044635A"/>
    <w:rsid w:val="004479D8"/>
    <w:rsid w:val="0045495E"/>
    <w:rsid w:val="004601AE"/>
    <w:rsid w:val="004744F2"/>
    <w:rsid w:val="00475CF7"/>
    <w:rsid w:val="004B0175"/>
    <w:rsid w:val="004C4AEB"/>
    <w:rsid w:val="004F2E5F"/>
    <w:rsid w:val="004F61E2"/>
    <w:rsid w:val="00501894"/>
    <w:rsid w:val="0053021C"/>
    <w:rsid w:val="00555511"/>
    <w:rsid w:val="00564902"/>
    <w:rsid w:val="00565D26"/>
    <w:rsid w:val="00570E82"/>
    <w:rsid w:val="00584C55"/>
    <w:rsid w:val="005864C1"/>
    <w:rsid w:val="005913BC"/>
    <w:rsid w:val="005943F7"/>
    <w:rsid w:val="005A5289"/>
    <w:rsid w:val="005A67F4"/>
    <w:rsid w:val="00633594"/>
    <w:rsid w:val="006528B7"/>
    <w:rsid w:val="00662A14"/>
    <w:rsid w:val="00671C4E"/>
    <w:rsid w:val="00695373"/>
    <w:rsid w:val="006B48F1"/>
    <w:rsid w:val="00722EE5"/>
    <w:rsid w:val="007230AB"/>
    <w:rsid w:val="007261F6"/>
    <w:rsid w:val="00737DB7"/>
    <w:rsid w:val="00760F82"/>
    <w:rsid w:val="007C11D5"/>
    <w:rsid w:val="00801E9A"/>
    <w:rsid w:val="008158D0"/>
    <w:rsid w:val="00827982"/>
    <w:rsid w:val="0083146A"/>
    <w:rsid w:val="00832998"/>
    <w:rsid w:val="00847373"/>
    <w:rsid w:val="0089100F"/>
    <w:rsid w:val="008A125C"/>
    <w:rsid w:val="008A52DA"/>
    <w:rsid w:val="008C4DA9"/>
    <w:rsid w:val="00926FBD"/>
    <w:rsid w:val="009570D0"/>
    <w:rsid w:val="009572FD"/>
    <w:rsid w:val="009602D1"/>
    <w:rsid w:val="009614BB"/>
    <w:rsid w:val="00963563"/>
    <w:rsid w:val="00982FE7"/>
    <w:rsid w:val="009A4C1D"/>
    <w:rsid w:val="00A016F5"/>
    <w:rsid w:val="00A537FE"/>
    <w:rsid w:val="00A64F04"/>
    <w:rsid w:val="00A66A5B"/>
    <w:rsid w:val="00A70F2D"/>
    <w:rsid w:val="00A81A0C"/>
    <w:rsid w:val="00A863E4"/>
    <w:rsid w:val="00A95F33"/>
    <w:rsid w:val="00A973DE"/>
    <w:rsid w:val="00AA04DD"/>
    <w:rsid w:val="00AA1D8D"/>
    <w:rsid w:val="00AC0E83"/>
    <w:rsid w:val="00AC2DC2"/>
    <w:rsid w:val="00AC78B5"/>
    <w:rsid w:val="00AD2AE0"/>
    <w:rsid w:val="00AD699C"/>
    <w:rsid w:val="00AE04E5"/>
    <w:rsid w:val="00B23DA7"/>
    <w:rsid w:val="00B42469"/>
    <w:rsid w:val="00B43F5D"/>
    <w:rsid w:val="00B47730"/>
    <w:rsid w:val="00B525F3"/>
    <w:rsid w:val="00B715FA"/>
    <w:rsid w:val="00B77859"/>
    <w:rsid w:val="00B77CD5"/>
    <w:rsid w:val="00B84E5B"/>
    <w:rsid w:val="00BF4779"/>
    <w:rsid w:val="00C41EC5"/>
    <w:rsid w:val="00C423D4"/>
    <w:rsid w:val="00C51E35"/>
    <w:rsid w:val="00C6214B"/>
    <w:rsid w:val="00CB0664"/>
    <w:rsid w:val="00CC3F70"/>
    <w:rsid w:val="00D270FB"/>
    <w:rsid w:val="00D60E4E"/>
    <w:rsid w:val="00D6355F"/>
    <w:rsid w:val="00D726CE"/>
    <w:rsid w:val="00DA1413"/>
    <w:rsid w:val="00DA3EA3"/>
    <w:rsid w:val="00DC593C"/>
    <w:rsid w:val="00DF710F"/>
    <w:rsid w:val="00E100B7"/>
    <w:rsid w:val="00E11FEB"/>
    <w:rsid w:val="00E612EC"/>
    <w:rsid w:val="00E65D2C"/>
    <w:rsid w:val="00E72CF9"/>
    <w:rsid w:val="00E9469B"/>
    <w:rsid w:val="00E9712F"/>
    <w:rsid w:val="00EF2C0F"/>
    <w:rsid w:val="00F2509E"/>
    <w:rsid w:val="00F32701"/>
    <w:rsid w:val="00F408D7"/>
    <w:rsid w:val="00F466C6"/>
    <w:rsid w:val="00F60C9D"/>
    <w:rsid w:val="00F62AB5"/>
    <w:rsid w:val="00F818EF"/>
    <w:rsid w:val="00F91238"/>
    <w:rsid w:val="00FC693F"/>
    <w:rsid w:val="0BEACD8F"/>
    <w:rsid w:val="1A1DE868"/>
    <w:rsid w:val="2012BA40"/>
    <w:rsid w:val="343A9888"/>
    <w:rsid w:val="358BA419"/>
    <w:rsid w:val="4C4FBDC1"/>
    <w:rsid w:val="7C19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5B8E26C0-8F6F-44C0-A0CB-C30B36B17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E11FEB"/>
    <w:rPr>
      <w:color w:val="666666"/>
    </w:rPr>
  </w:style>
  <w:style w:type="table" w:styleId="GridTable4-Accent1">
    <w:name w:val="Grid Table 4 Accent 1"/>
    <w:basedOn w:val="TableNormal"/>
    <w:uiPriority w:val="49"/>
    <w:rsid w:val="00C6214B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</w:style>
  <w:style w:type="character" w:styleId="Hyperlink">
    <w:name w:val="Hyperlink"/>
    <w:basedOn w:val="DefaultParagraphFont"/>
    <w:uiPriority w:val="99"/>
    <w:unhideWhenUsed/>
    <w:rsid w:val="005913B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3B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8263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:lang w:val="en-GB"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09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3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teams.microsoft.com/l/meetup-join/19%3ameeting_ODJhOGI1OTctYjc1OC00NmViLTliODEtNmY1YjZhOTQ5MGQw%40thread.v2/0?context=%7b%22Tid%22%3a%22c9626ab4-3b48-4056-87b7-997e4c8a26ff%22%2c%22Oid%22%3a%228982ce24-3288-499a-89fb-988d7ab3300f%22%7d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@allwalesforum.org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BEEEA0B-6250-4C0B-A454-D0F1855DB567}">
  <we:reference id="WA104218065" version="5.0.0.0" store="Omex" storeType="OMEX"/>
  <we:alternateReferences>
    <we:reference id="WA104218065" version="5.0.0.0" store="WA104218065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2026-05-20T00:00:00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83E97DC327A349B8C37004E95FA127" ma:contentTypeVersion="3" ma:contentTypeDescription="Create a new document." ma:contentTypeScope="" ma:versionID="5b33cff5d8da307765b8c57373c23d42">
  <xsd:schema xmlns:xsd="http://www.w3.org/2001/XMLSchema" xmlns:xs="http://www.w3.org/2001/XMLSchema" xmlns:p="http://schemas.microsoft.com/office/2006/metadata/properties" xmlns:ns2="1d933d53-69d6-4ddb-ba53-415209da5154" targetNamespace="http://schemas.microsoft.com/office/2006/metadata/properties" ma:root="true" ma:fieldsID="2bcc9aaa8892987e3b3ebe0e0fe01f66" ns2:_="">
    <xsd:import namespace="1d933d53-69d6-4ddb-ba53-415209da51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33d53-69d6-4ddb-ba53-415209da51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0C6A7F8-D3CA-4FC8-B851-D23B9DD19B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EF993E-4BDB-487C-9732-01C7BE4ADF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933d53-69d6-4ddb-ba53-415209da51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14097CA-D166-4BD9-B9A1-4D09DE11FA9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Preston</dc:creator>
  <cp:keywords/>
  <dc:description>generated by python-docx</dc:description>
  <cp:lastModifiedBy>Michael Preston</cp:lastModifiedBy>
  <cp:revision>19</cp:revision>
  <dcterms:created xsi:type="dcterms:W3CDTF">2026-06-30T18:23:00Z</dcterms:created>
  <dcterms:modified xsi:type="dcterms:W3CDTF">2026-09-14T08:12:00Z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0x0101000283E97DC327A349B8C37004E95FA127</vt:lpwstr>
  </property>
  <property fmtid="{D5CDD505-2E9C-101B-9397-08002B2CF9AE}" pid="3" name="GrammarlyDocumentId">
    <vt:lpwstr>fef02e59-4498-4e83-ab19-385e2b1c766c</vt:lpwstr>
  </property>
  <property fmtid="{D5CDD505-2E9C-101B-9397-08002B2CF9AE}" pid="4" name="MediaServiceImageTags">
    <vt:lpwstr/>
  </property>
</Properties>
</file>